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4DB58" w14:textId="77777777" w:rsidR="000E61E3" w:rsidRPr="000E61E3" w:rsidRDefault="00D81B54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E61E3">
        <w:rPr>
          <w:rFonts w:ascii="Times New Roman" w:hAnsi="Times New Roman" w:cs="Times New Roman"/>
          <w:b/>
          <w:sz w:val="24"/>
          <w:szCs w:val="24"/>
        </w:rPr>
        <w:t>Приложение</w:t>
      </w:r>
      <w:proofErr w:type="spellEnd"/>
      <w:r w:rsidRPr="000E61E3">
        <w:rPr>
          <w:rFonts w:ascii="Times New Roman" w:hAnsi="Times New Roman" w:cs="Times New Roman"/>
          <w:b/>
          <w:sz w:val="24"/>
          <w:szCs w:val="24"/>
        </w:rPr>
        <w:t xml:space="preserve"> № 1</w:t>
      </w:r>
    </w:p>
    <w:p w14:paraId="346EDA7C" w14:textId="7778E6A2" w:rsidR="005146BA" w:rsidRPr="000E61E3" w:rsidRDefault="00D81B54" w:rsidP="000E61E3">
      <w:pPr>
        <w:rPr>
          <w:rFonts w:ascii="Times New Roman" w:hAnsi="Times New Roman" w:cs="Times New Roman"/>
          <w:sz w:val="24"/>
          <w:szCs w:val="24"/>
        </w:rPr>
      </w:pPr>
      <w:r w:rsidRPr="000E61E3">
        <w:rPr>
          <w:rFonts w:ascii="Times New Roman" w:hAnsi="Times New Roman" w:cs="Times New Roman"/>
          <w:b/>
          <w:sz w:val="24"/>
          <w:szCs w:val="24"/>
        </w:rPr>
        <w:t>ДО</w:t>
      </w:r>
      <w:r w:rsidRPr="000E61E3">
        <w:rPr>
          <w:rFonts w:ascii="Times New Roman" w:hAnsi="Times New Roman" w:cs="Times New Roman"/>
          <w:b/>
          <w:sz w:val="24"/>
          <w:szCs w:val="24"/>
        </w:rPr>
        <w:br/>
        <w:t>ДИРЕКТОРА</w:t>
      </w:r>
      <w:r w:rsidRPr="000E61E3">
        <w:rPr>
          <w:rFonts w:ascii="Times New Roman" w:hAnsi="Times New Roman" w:cs="Times New Roman"/>
          <w:b/>
          <w:sz w:val="24"/>
          <w:szCs w:val="24"/>
        </w:rPr>
        <w:br/>
        <w:t>НА ППМГ "Васил Левски"</w:t>
      </w:r>
      <w:r w:rsidRPr="000E61E3">
        <w:rPr>
          <w:rFonts w:ascii="Times New Roman" w:hAnsi="Times New Roman" w:cs="Times New Roman"/>
          <w:b/>
          <w:sz w:val="24"/>
          <w:szCs w:val="24"/>
        </w:rPr>
        <w:br/>
        <w:t>Гр. Смолян</w:t>
      </w:r>
      <w:r w:rsidRPr="000E61E3">
        <w:rPr>
          <w:rFonts w:ascii="Times New Roman" w:hAnsi="Times New Roman" w:cs="Times New Roman"/>
          <w:b/>
          <w:sz w:val="24"/>
          <w:szCs w:val="24"/>
        </w:rPr>
        <w:br/>
      </w:r>
    </w:p>
    <w:p w14:paraId="1BC090A1" w14:textId="77777777" w:rsidR="005146BA" w:rsidRPr="000E61E3" w:rsidRDefault="00D81B54">
      <w:pPr>
        <w:jc w:val="center"/>
        <w:rPr>
          <w:rFonts w:ascii="Times New Roman" w:hAnsi="Times New Roman" w:cs="Times New Roman"/>
          <w:sz w:val="24"/>
          <w:szCs w:val="24"/>
        </w:rPr>
      </w:pPr>
      <w:r w:rsidRPr="000E61E3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55D60CD7" w14:textId="77777777" w:rsidR="000E61E3" w:rsidRDefault="00D81B54" w:rsidP="000E61E3">
      <w:pPr>
        <w:jc w:val="both"/>
        <w:rPr>
          <w:sz w:val="18"/>
        </w:rPr>
      </w:pPr>
      <w:r w:rsidRPr="000E61E3">
        <w:rPr>
          <w:rFonts w:ascii="Times New Roman" w:hAnsi="Times New Roman" w:cs="Times New Roman"/>
          <w:i/>
          <w:sz w:val="24"/>
          <w:szCs w:val="24"/>
        </w:rPr>
        <w:t xml:space="preserve">От: </w:t>
      </w:r>
      <w:r w:rsidRPr="000E61E3">
        <w:rPr>
          <w:rFonts w:ascii="Times New Roman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</w:t>
      </w:r>
      <w:r w:rsidRPr="000E61E3">
        <w:rPr>
          <w:rFonts w:ascii="Times New Roman" w:hAnsi="Times New Roman" w:cs="Times New Roman"/>
          <w:i/>
          <w:sz w:val="24"/>
          <w:szCs w:val="24"/>
        </w:rPr>
        <w:br/>
      </w:r>
      <w:r w:rsidR="000E61E3">
        <w:rPr>
          <w:sz w:val="18"/>
          <w:lang w:val="bg-BG"/>
        </w:rPr>
        <w:t xml:space="preserve">                                                  </w:t>
      </w:r>
      <w:r>
        <w:rPr>
          <w:sz w:val="18"/>
        </w:rPr>
        <w:t>(</w:t>
      </w:r>
      <w:proofErr w:type="spellStart"/>
      <w:r>
        <w:rPr>
          <w:sz w:val="18"/>
        </w:rPr>
        <w:t>трите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имена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родителя</w:t>
      </w:r>
      <w:proofErr w:type="spellEnd"/>
      <w:r>
        <w:rPr>
          <w:sz w:val="18"/>
        </w:rPr>
        <w:t>/</w:t>
      </w:r>
      <w:proofErr w:type="spellStart"/>
      <w:r>
        <w:rPr>
          <w:sz w:val="18"/>
        </w:rPr>
        <w:t>настойника</w:t>
      </w:r>
      <w:proofErr w:type="spellEnd"/>
      <w:r>
        <w:rPr>
          <w:sz w:val="18"/>
        </w:rPr>
        <w:t>)</w:t>
      </w:r>
    </w:p>
    <w:p w14:paraId="352BEC68" w14:textId="5859B45D" w:rsidR="000E61E3" w:rsidRDefault="00D81B54" w:rsidP="000E61E3">
      <w:pPr>
        <w:jc w:val="both"/>
        <w:rPr>
          <w:sz w:val="18"/>
        </w:rPr>
      </w:pPr>
      <w:r>
        <w:rPr>
          <w:sz w:val="18"/>
        </w:rPr>
        <w:br/>
      </w:r>
      <w:proofErr w:type="spellStart"/>
      <w:r w:rsidRPr="000E61E3">
        <w:rPr>
          <w:rFonts w:ascii="Times New Roman" w:hAnsi="Times New Roman" w:cs="Times New Roman"/>
          <w:i/>
          <w:sz w:val="24"/>
          <w:szCs w:val="24"/>
        </w:rPr>
        <w:t>Родител</w:t>
      </w:r>
      <w:proofErr w:type="spellEnd"/>
      <w:r w:rsidRPr="000E61E3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0E61E3">
        <w:rPr>
          <w:rFonts w:ascii="Times New Roman" w:hAnsi="Times New Roman" w:cs="Times New Roman"/>
          <w:i/>
          <w:sz w:val="24"/>
          <w:szCs w:val="24"/>
        </w:rPr>
        <w:t>настойник</w:t>
      </w:r>
      <w:proofErr w:type="spellEnd"/>
      <w:r w:rsidRPr="000E61E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E61E3">
        <w:rPr>
          <w:rFonts w:ascii="Times New Roman" w:hAnsi="Times New Roman" w:cs="Times New Roman"/>
          <w:i/>
          <w:sz w:val="24"/>
          <w:szCs w:val="24"/>
        </w:rPr>
        <w:t>на</w:t>
      </w:r>
      <w:proofErr w:type="spellEnd"/>
      <w:r w:rsidRPr="000E61E3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0E61E3">
        <w:rPr>
          <w:rFonts w:ascii="Times New Roman" w:hAnsi="Times New Roman" w:cs="Times New Roman"/>
          <w:i/>
          <w:sz w:val="24"/>
          <w:szCs w:val="24"/>
          <w:lang w:val="bg-BG"/>
        </w:rPr>
        <w:t xml:space="preserve"> ………</w:t>
      </w:r>
      <w:r w:rsidRPr="000E61E3">
        <w:rPr>
          <w:rFonts w:ascii="Times New Roman" w:hAnsi="Times New Roman" w:cs="Times New Roman"/>
          <w:i/>
          <w:sz w:val="24"/>
          <w:szCs w:val="24"/>
        </w:rPr>
        <w:t>.................................</w:t>
      </w:r>
      <w:r w:rsidRPr="000E61E3">
        <w:rPr>
          <w:rFonts w:ascii="Times New Roman" w:hAnsi="Times New Roman" w:cs="Times New Roman"/>
          <w:i/>
          <w:sz w:val="24"/>
          <w:szCs w:val="24"/>
        </w:rPr>
        <w:t>.....................................................................</w:t>
      </w:r>
      <w:r w:rsidRPr="000E61E3">
        <w:rPr>
          <w:rFonts w:ascii="Times New Roman" w:hAnsi="Times New Roman" w:cs="Times New Roman"/>
          <w:i/>
          <w:sz w:val="24"/>
          <w:szCs w:val="24"/>
        </w:rPr>
        <w:br/>
      </w:r>
      <w:r w:rsidR="000E61E3">
        <w:rPr>
          <w:sz w:val="18"/>
          <w:lang w:val="bg-BG"/>
        </w:rPr>
        <w:t xml:space="preserve">                                                                                             </w:t>
      </w:r>
      <w:r>
        <w:rPr>
          <w:sz w:val="18"/>
        </w:rPr>
        <w:t>(</w:t>
      </w:r>
      <w:proofErr w:type="spellStart"/>
      <w:r>
        <w:rPr>
          <w:sz w:val="18"/>
        </w:rPr>
        <w:t>трите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имена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ученика</w:t>
      </w:r>
      <w:proofErr w:type="spellEnd"/>
      <w:r>
        <w:rPr>
          <w:sz w:val="18"/>
        </w:rPr>
        <w:t>)</w:t>
      </w:r>
    </w:p>
    <w:p w14:paraId="6ED0773D" w14:textId="5379C4EC" w:rsidR="000E61E3" w:rsidRDefault="00D81B54" w:rsidP="000E6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18"/>
        </w:rPr>
        <w:br/>
      </w:r>
      <w:r w:rsidRPr="000E61E3">
        <w:rPr>
          <w:rFonts w:ascii="Times New Roman" w:hAnsi="Times New Roman" w:cs="Times New Roman"/>
          <w:sz w:val="24"/>
          <w:szCs w:val="24"/>
        </w:rPr>
        <w:t>Ученик/ученичка в ......</w:t>
      </w:r>
      <w:r w:rsidR="00351617">
        <w:rPr>
          <w:rFonts w:ascii="Times New Roman" w:hAnsi="Times New Roman" w:cs="Times New Roman"/>
          <w:sz w:val="24"/>
          <w:szCs w:val="24"/>
          <w:lang w:val="bg-BG"/>
        </w:rPr>
        <w:t>.......</w:t>
      </w:r>
      <w:r w:rsidRPr="000E61E3">
        <w:rPr>
          <w:rFonts w:ascii="Times New Roman" w:hAnsi="Times New Roman" w:cs="Times New Roman"/>
          <w:sz w:val="24"/>
          <w:szCs w:val="24"/>
        </w:rPr>
        <w:t>.. клас при ППМГ "Васил Левски", гр. Смолян,</w:t>
      </w:r>
      <w:r w:rsidRPr="000E61E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E61E3">
        <w:rPr>
          <w:rFonts w:ascii="Times New Roman" w:hAnsi="Times New Roman" w:cs="Times New Roman"/>
          <w:sz w:val="24"/>
          <w:szCs w:val="24"/>
        </w:rPr>
        <w:t>учебна</w:t>
      </w:r>
      <w:proofErr w:type="spellEnd"/>
      <w:r w:rsidRPr="000E61E3">
        <w:rPr>
          <w:rFonts w:ascii="Times New Roman" w:hAnsi="Times New Roman" w:cs="Times New Roman"/>
          <w:sz w:val="24"/>
          <w:szCs w:val="24"/>
        </w:rPr>
        <w:t xml:space="preserve"> 202</w:t>
      </w:r>
      <w:r w:rsidR="000E61E3" w:rsidRPr="000E61E3">
        <w:rPr>
          <w:rFonts w:ascii="Times New Roman" w:hAnsi="Times New Roman" w:cs="Times New Roman"/>
          <w:sz w:val="24"/>
          <w:szCs w:val="24"/>
          <w:lang w:val="bg-BG"/>
        </w:rPr>
        <w:t>….</w:t>
      </w:r>
      <w:r w:rsidRPr="000E61E3">
        <w:rPr>
          <w:rFonts w:ascii="Times New Roman" w:hAnsi="Times New Roman" w:cs="Times New Roman"/>
          <w:sz w:val="24"/>
          <w:szCs w:val="24"/>
        </w:rPr>
        <w:t>.../202</w:t>
      </w:r>
      <w:r w:rsidR="000E61E3" w:rsidRPr="000E61E3">
        <w:rPr>
          <w:rFonts w:ascii="Times New Roman" w:hAnsi="Times New Roman" w:cs="Times New Roman"/>
          <w:sz w:val="24"/>
          <w:szCs w:val="24"/>
        </w:rPr>
        <w:t>…</w:t>
      </w:r>
      <w:r w:rsidR="000E61E3" w:rsidRPr="000E61E3">
        <w:rPr>
          <w:rFonts w:ascii="Times New Roman" w:hAnsi="Times New Roman" w:cs="Times New Roman"/>
          <w:sz w:val="24"/>
          <w:szCs w:val="24"/>
          <w:lang w:val="bg-BG"/>
        </w:rPr>
        <w:t>….</w:t>
      </w:r>
      <w:r w:rsidRPr="000E61E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61E3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</w:p>
    <w:p w14:paraId="45793233" w14:textId="71193343" w:rsidR="005146BA" w:rsidRPr="000E61E3" w:rsidRDefault="00D81B54" w:rsidP="000E61E3">
      <w:pPr>
        <w:jc w:val="both"/>
        <w:rPr>
          <w:rFonts w:ascii="Times New Roman" w:hAnsi="Times New Roman" w:cs="Times New Roman"/>
          <w:sz w:val="24"/>
          <w:szCs w:val="24"/>
        </w:rPr>
      </w:pPr>
      <w:r w:rsidRPr="000E61E3">
        <w:rPr>
          <w:rFonts w:ascii="Times New Roman" w:hAnsi="Times New Roman" w:cs="Times New Roman"/>
          <w:sz w:val="24"/>
          <w:szCs w:val="24"/>
        </w:rPr>
        <w:br/>
      </w:r>
      <w:r w:rsidRPr="000E61E3">
        <w:rPr>
          <w:rFonts w:ascii="Times New Roman" w:hAnsi="Times New Roman" w:cs="Times New Roman"/>
          <w:sz w:val="24"/>
          <w:szCs w:val="24"/>
        </w:rPr>
        <w:br/>
      </w:r>
    </w:p>
    <w:p w14:paraId="5587B3D4" w14:textId="77777777" w:rsidR="005146BA" w:rsidRPr="000E61E3" w:rsidRDefault="00D81B54" w:rsidP="000E61E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E61E3">
        <w:rPr>
          <w:rFonts w:ascii="Times New Roman" w:hAnsi="Times New Roman" w:cs="Times New Roman"/>
          <w:b/>
          <w:sz w:val="24"/>
          <w:szCs w:val="24"/>
        </w:rPr>
        <w:t>УВАЖАЕМА ГОСПОЖО ДИРЕКТОР,</w:t>
      </w:r>
      <w:r w:rsidRPr="000E61E3">
        <w:rPr>
          <w:rFonts w:ascii="Times New Roman" w:hAnsi="Times New Roman" w:cs="Times New Roman"/>
          <w:b/>
          <w:sz w:val="24"/>
          <w:szCs w:val="24"/>
        </w:rPr>
        <w:br/>
      </w:r>
    </w:p>
    <w:p w14:paraId="47CAE1BE" w14:textId="77777777" w:rsidR="000E61E3" w:rsidRPr="000E61E3" w:rsidRDefault="00D81B54" w:rsidP="000E61E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61E3">
        <w:rPr>
          <w:rFonts w:ascii="Times New Roman" w:hAnsi="Times New Roman" w:cs="Times New Roman"/>
          <w:sz w:val="24"/>
          <w:szCs w:val="24"/>
        </w:rPr>
        <w:t>Заявявам желанието си детето ми да</w:t>
      </w:r>
      <w:r w:rsidRPr="000E61E3">
        <w:rPr>
          <w:rFonts w:ascii="Times New Roman" w:hAnsi="Times New Roman" w:cs="Times New Roman"/>
          <w:sz w:val="24"/>
          <w:szCs w:val="24"/>
        </w:rPr>
        <w:t xml:space="preserve"> бъде освободено по здравословни причини от изучаване на учебния предмет физическо възпитание и спорт за период </w:t>
      </w:r>
      <w:r w:rsidRPr="000E61E3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r w:rsidRPr="000E61E3">
        <w:rPr>
          <w:rFonts w:ascii="Times New Roman" w:hAnsi="Times New Roman" w:cs="Times New Roman"/>
          <w:sz w:val="24"/>
          <w:szCs w:val="24"/>
        </w:rPr>
        <w:br/>
        <w:t>(описва се от до)</w:t>
      </w:r>
    </w:p>
    <w:p w14:paraId="520ABC08" w14:textId="3004EB7D" w:rsidR="005146BA" w:rsidRPr="000E61E3" w:rsidRDefault="00D81B54" w:rsidP="000E61E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61E3">
        <w:rPr>
          <w:rFonts w:ascii="Times New Roman" w:hAnsi="Times New Roman" w:cs="Times New Roman"/>
          <w:sz w:val="24"/>
          <w:szCs w:val="24"/>
        </w:rPr>
        <w:br/>
      </w:r>
    </w:p>
    <w:p w14:paraId="041E8AFC" w14:textId="77777777" w:rsidR="000E61E3" w:rsidRDefault="00D81B54">
      <w:pPr>
        <w:rPr>
          <w:rFonts w:ascii="Times New Roman" w:hAnsi="Times New Roman" w:cs="Times New Roman"/>
          <w:sz w:val="24"/>
          <w:szCs w:val="24"/>
        </w:rPr>
      </w:pPr>
      <w:r w:rsidRPr="000E61E3">
        <w:rPr>
          <w:rFonts w:ascii="Times New Roman" w:hAnsi="Times New Roman" w:cs="Times New Roman"/>
          <w:b/>
          <w:sz w:val="24"/>
          <w:szCs w:val="24"/>
        </w:rPr>
        <w:t>Прилагам следните документи:</w:t>
      </w:r>
      <w:r w:rsidRPr="000E61E3">
        <w:rPr>
          <w:rFonts w:ascii="Times New Roman" w:hAnsi="Times New Roman" w:cs="Times New Roman"/>
          <w:b/>
          <w:sz w:val="24"/>
          <w:szCs w:val="24"/>
        </w:rPr>
        <w:br/>
      </w:r>
      <w:r w:rsidRPr="000E61E3">
        <w:rPr>
          <w:rFonts w:ascii="Times New Roman" w:hAnsi="Times New Roman" w:cs="Times New Roman"/>
          <w:sz w:val="24"/>
          <w:szCs w:val="24"/>
        </w:rPr>
        <w:t>1. ..........................................</w:t>
      </w:r>
      <w:r w:rsidRPr="000E61E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</w:t>
      </w:r>
      <w:r w:rsidRPr="000E61E3">
        <w:rPr>
          <w:rFonts w:ascii="Times New Roman" w:hAnsi="Times New Roman" w:cs="Times New Roman"/>
          <w:sz w:val="24"/>
          <w:szCs w:val="24"/>
        </w:rPr>
        <w:br/>
        <w:t>2. ................................................................................................................................................</w:t>
      </w:r>
      <w:r w:rsidRPr="000E61E3">
        <w:rPr>
          <w:rFonts w:ascii="Times New Roman" w:hAnsi="Times New Roman" w:cs="Times New Roman"/>
          <w:sz w:val="24"/>
          <w:szCs w:val="24"/>
        </w:rPr>
        <w:br/>
        <w:t>3. ..</w:t>
      </w:r>
      <w:r w:rsidRPr="000E61E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 w:rsidRPr="000E61E3">
        <w:rPr>
          <w:rFonts w:ascii="Times New Roman" w:hAnsi="Times New Roman" w:cs="Times New Roman"/>
          <w:sz w:val="24"/>
          <w:szCs w:val="24"/>
        </w:rPr>
        <w:br/>
        <w:t>4. ..............................................................................................................</w:t>
      </w:r>
      <w:r w:rsidRPr="000E61E3">
        <w:rPr>
          <w:rFonts w:ascii="Times New Roman" w:hAnsi="Times New Roman" w:cs="Times New Roman"/>
          <w:sz w:val="24"/>
          <w:szCs w:val="24"/>
        </w:rPr>
        <w:t>..................................</w:t>
      </w:r>
      <w:r w:rsidRPr="000E61E3">
        <w:rPr>
          <w:rFonts w:ascii="Times New Roman" w:hAnsi="Times New Roman" w:cs="Times New Roman"/>
          <w:sz w:val="24"/>
          <w:szCs w:val="24"/>
        </w:rPr>
        <w:br/>
      </w:r>
    </w:p>
    <w:p w14:paraId="00DC6DF4" w14:textId="70A1A407" w:rsidR="005146BA" w:rsidRPr="000E61E3" w:rsidRDefault="00D81B54">
      <w:pPr>
        <w:rPr>
          <w:rFonts w:ascii="Times New Roman" w:hAnsi="Times New Roman" w:cs="Times New Roman"/>
          <w:sz w:val="24"/>
          <w:szCs w:val="24"/>
        </w:rPr>
      </w:pPr>
      <w:r w:rsidRPr="000E61E3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5146BA" w14:paraId="3E99E437" w14:textId="77777777">
        <w:tc>
          <w:tcPr>
            <w:tcW w:w="4680" w:type="dxa"/>
          </w:tcPr>
          <w:p w14:paraId="2372E476" w14:textId="77777777" w:rsidR="005146BA" w:rsidRDefault="00D81B54">
            <w:r>
              <w:t>Заявител: ...................................................</w:t>
            </w:r>
            <w:r>
              <w:br/>
            </w:r>
            <w:r>
              <w:rPr>
                <w:sz w:val="18"/>
              </w:rPr>
              <w:t>(име, фамилия, подпис, дата)</w:t>
            </w:r>
          </w:p>
        </w:tc>
        <w:tc>
          <w:tcPr>
            <w:tcW w:w="4680" w:type="dxa"/>
          </w:tcPr>
          <w:p w14:paraId="09B34CE7" w14:textId="77777777" w:rsidR="005146BA" w:rsidRDefault="00D81B54">
            <w:r>
              <w:t>Ученик: .......................................................</w:t>
            </w:r>
            <w:r>
              <w:br/>
            </w:r>
            <w:r>
              <w:rPr>
                <w:sz w:val="18"/>
              </w:rPr>
              <w:t>(име, фамилия, клас, подпис)</w:t>
            </w:r>
          </w:p>
        </w:tc>
      </w:tr>
      <w:tr w:rsidR="005146BA" w14:paraId="62DEF5CC" w14:textId="77777777">
        <w:tc>
          <w:tcPr>
            <w:tcW w:w="4680" w:type="dxa"/>
          </w:tcPr>
          <w:p w14:paraId="30D4ED35" w14:textId="77777777" w:rsidR="005146BA" w:rsidRDefault="005146BA"/>
        </w:tc>
        <w:tc>
          <w:tcPr>
            <w:tcW w:w="4680" w:type="dxa"/>
          </w:tcPr>
          <w:p w14:paraId="739CD687" w14:textId="77777777" w:rsidR="005146BA" w:rsidRDefault="005146BA"/>
        </w:tc>
      </w:tr>
    </w:tbl>
    <w:p w14:paraId="1E887D96" w14:textId="77777777" w:rsidR="00D81B54" w:rsidRDefault="00D81B54"/>
    <w:sectPr w:rsidR="00D81B54" w:rsidSect="000E61E3">
      <w:pgSz w:w="12240" w:h="15840"/>
      <w:pgMar w:top="568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61E3"/>
    <w:rsid w:val="0015074B"/>
    <w:rsid w:val="0029639D"/>
    <w:rsid w:val="00326F90"/>
    <w:rsid w:val="00351617"/>
    <w:rsid w:val="005146BA"/>
    <w:rsid w:val="00AA1D8D"/>
    <w:rsid w:val="00B47730"/>
    <w:rsid w:val="00CB0664"/>
    <w:rsid w:val="00D81B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BE5265"/>
  <w14:defaultImageDpi w14:val="300"/>
  <w15:docId w15:val="{0D5BEB45-B153-427D-B7EF-D34CF7C93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2103321: ППМГ "Васил Левски" - Смолян</cp:lastModifiedBy>
  <cp:revision>4</cp:revision>
  <dcterms:created xsi:type="dcterms:W3CDTF">2013-12-23T23:15:00Z</dcterms:created>
  <dcterms:modified xsi:type="dcterms:W3CDTF">2026-09-28T05:28:00Z</dcterms:modified>
  <cp:category/>
</cp:coreProperties>
</file>